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31.7.2021 lauantai</w:t>
      </w:r>
    </w:p>
    <w:p>
      <w:pPr>
        <w:pStyle w:val="Heading1"/>
      </w:pPr>
      <w:r>
        <w:t>31.7.2021 lauantai</w:t>
      </w:r>
    </w:p>
    <w:p>
      <w:pPr>
        <w:pStyle w:val="Heading2"/>
      </w:pPr>
      <w:r>
        <w:t>14:00-16:00 KIVI – Kivempi kesänäytelmä</w:t>
      </w:r>
    </w:p>
    <w:p>
      <w:r>
        <w:t>Teatteriesitys</w:t>
      </w:r>
    </w:p>
    <w:p>
      <w:r>
        <w:t>Peruslippu aikuiset 20,00 €, Lasten lippu (alle 15 v. ) 15,00 €, Peruslippu ja Ystävänkortilla tukihenkilö 20,00 €, Lasten lippu (4-15v) ja Ystävänkortilla tukihenkilö 15,00 €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