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Kesäkioski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10:00-16:00 Katutaiteilija Soinissa kesäkioskin lähettyvillä</w:t>
      </w:r>
    </w:p>
    <w:p>
      <w:r>
        <w:t>Katutaiteilija Etelä-Pohjanmaalla -kiertue jatkuu Soinissa 17.7. klo 10 alkaen.</w:t>
      </w:r>
    </w:p>
    <w:p>
      <w:r>
        <w:t>Tapahtumaan ei myydä lippuja.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