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09:00-11:00 Tiedonhallinta ja yhteydenpito sujuvaksi omassa yrityksessä</w:t>
      </w:r>
    </w:p>
    <w:p>
      <w:r>
        <w:t>Koulutus on osa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