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>18:30-20:00 Luento: Tietoisuuden olennot - Timo Tahvanainen</w:t>
      </w:r>
    </w:p>
    <w:p>
      <w:r>
        <w:t>Lakeuden henkinen seura ry.:n luennoitsijavieras Timo Tahvanainen kertoo maailmankaikkeuden olennoista.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