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6.7.2022 keskiviikko</w:t>
      </w:r>
    </w:p>
    <w:p>
      <w:pPr>
        <w:pStyle w:val="Heading1"/>
      </w:pPr>
      <w:r>
        <w:t>6.7.2022-10.7.2022</w:t>
      </w:r>
    </w:p>
    <w:p>
      <w:pPr>
        <w:pStyle w:val="Heading2"/>
      </w:pPr>
      <w:r>
        <w:t>14:00-21:00 Seinäjoen Tangomarkkinat</w:t>
      </w:r>
    </w:p>
    <w:p>
      <w:r>
        <w:t>Keskikesän festaritunnelmaa, tanssin sykettä, kesähellettä sekä tango- ja iskelmämusiikin taikaa!</w:t>
      </w:r>
    </w:p>
    <w:p>
      <w:r>
        <w:t>www.lippu.fi/tangomarkkinat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