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15:00-17:30 Alajärven Ankkurit – Pattijoen Urheilijat, Raahe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