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17.3.2018 lauantai</w:t>
      </w:r>
    </w:p>
    <w:p>
      <w:pPr>
        <w:pStyle w:val="Heading1"/>
      </w:pPr>
      <w:r>
        <w:t>17.3.2018-8.4.2018</w:t>
      </w:r>
    </w:p>
    <w:p>
      <w:pPr>
        <w:pStyle w:val="Heading2"/>
      </w:pPr>
      <w:r>
        <w:t>18:00-14:00 Kultainen vasikka</w:t>
      </w:r>
    </w:p>
    <w:p>
      <w:r>
        <w:t>Harrastajateatteri Synkky esittää Maria Jotunin klassikon Kultainen vasikka, sovitus Taisto-Bertil Orsmaa</w:t>
      </w:r>
    </w:p>
    <w:p>
      <w:r>
        <w:t>LIPPU 15 € sis. väliaikatarjoilun</w:t>
        <w:br/>
        <w:br/>
        <w:br/>
        <w:br/>
        <w:t>Maksuvälineenä kortti tai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