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Törnävänsaari</w:t>
      </w:r>
    </w:p>
    <w:p>
      <w:r>
        <w:t>5.7.2018 torstai</w:t>
      </w:r>
    </w:p>
    <w:p>
      <w:pPr>
        <w:pStyle w:val="Heading1"/>
      </w:pPr>
      <w:r>
        <w:t>5.7.2018 torstai</w:t>
      </w:r>
    </w:p>
    <w:p>
      <w:pPr>
        <w:pStyle w:val="Heading2"/>
      </w:pPr>
      <w:r>
        <w:t>19:00-19:00 Rakkaudesta rokkiin - Provinsssi musikaali</w:t>
      </w:r>
    </w:p>
    <w:p>
      <w:r>
        <w:t>Musikaali legendaarisesta rokkkifestarista</w:t>
      </w:r>
    </w:p>
    <w:p>
      <w:r>
        <w:t xml:space="preserve">Liput 29€. </w:t>
        <w:br/>
        <w:br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