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3.6.2018 sunnuntai</w:t>
      </w:r>
    </w:p>
    <w:p>
      <w:pPr>
        <w:pStyle w:val="Heading1"/>
      </w:pPr>
      <w:r>
        <w:t>3.6.2018 sunnuntai</w:t>
      </w:r>
    </w:p>
    <w:p>
      <w:pPr>
        <w:pStyle w:val="Heading2"/>
      </w:pPr>
      <w:r>
        <w:t>17:00-20:00 Miesten Superpesistä  JymyJussit - Imatran Pallo-Veikot</w:t>
      </w:r>
    </w:p>
    <w:p>
      <w:r>
        <w:t>Kauden neljäs kotiottelu ja pisteitä tarvitaan.</w:t>
      </w:r>
    </w:p>
    <w:p>
      <w:r>
        <w:t>Aikuiset 14 euroa, Eläkeläiset 12 euroa, Opiskelijat 8 euroa.</w:t>
        <w:br/>
        <w:br/>
        <w:br/>
        <w:br/>
        <w:t>S-etukortilla lipuista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