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12:00-15:00 Karijoen museolla tapahtuu</w:t>
      </w:r>
    </w:p>
    <w:p>
      <w:r>
        <w:t>Roikastajat ja Antti Harjunpää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