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18:00-21:00 Äärellä DJ - Nuermo DJ's</w:t>
      </w:r>
    </w:p>
    <w:p>
      <w:r>
        <w:t>Äärellä Kuppi + Kattilassa Nuermo DJ's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