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BAR15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21:00-00:00 VOCAL! goes BAD @ Bar 15</w:t>
      </w:r>
    </w:p>
    <w:p>
      <w:r>
        <w:t>Lauluyhtye Vocal! on syöksynyt tänä syksynä tutkiskelemaan pilke silmäkulmassa ja ämmäenergisellä vocal-asenteella "pahan" ämmän 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