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koulukeskus</w:t>
      </w:r>
    </w:p>
    <w:p>
      <w:r>
        <w:t>16.12.2018 sunnuntai</w:t>
      </w:r>
    </w:p>
    <w:p>
      <w:pPr>
        <w:pStyle w:val="Heading1"/>
      </w:pPr>
      <w:r>
        <w:t>16.12.2018 sunnuntai</w:t>
      </w:r>
    </w:p>
    <w:p>
      <w:pPr>
        <w:pStyle w:val="Heading2"/>
      </w:pPr>
      <w:r>
        <w:t>13:00-14:00 Jalasjärven musiikkiopiston PÄÄTÖSKONSERTTI klo 13</w:t>
      </w:r>
    </w:p>
    <w:p>
      <w:r>
        <w:t>Orkesterit ja yhtyeet sekä eri instrumenttien soittajat esiintyvät.</w:t>
      </w:r>
    </w:p>
    <w:p>
      <w:r>
        <w:t>5 € (oppilasstipendien hyväksi)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