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18:00-18:00 Etelä-Pohjanmaan musiikkiopisto / YSTÄVÄNPÄIVÄN oppilaskonsertti / Peräseinäjoki</w:t>
      </w:r>
    </w:p>
    <w:p>
      <w:r>
        <w:t>Ystävänpäivän konsertti / Toivolanrannan koulu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