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12.3.2019 tiistai</w:t>
      </w:r>
    </w:p>
    <w:p>
      <w:pPr>
        <w:pStyle w:val="Heading1"/>
      </w:pPr>
      <w:r>
        <w:t>12.3.2019 tiistai</w:t>
      </w:r>
    </w:p>
    <w:p>
      <w:pPr>
        <w:pStyle w:val="Heading2"/>
      </w:pPr>
      <w:r>
        <w:t>18:00-19:00 Hokeri Pokeri Box ILOPILLERI! -show</w:t>
      </w:r>
    </w:p>
    <w:p>
      <w:r>
        <w:t>Lasten ja aikuisten legendaarinen kestosuosikki ja Pikku Kakkosesta tuttu maailmanmestari-taikuri Simo Aalto</w:t>
      </w:r>
    </w:p>
    <w:p>
      <w:r>
        <w:t>Peruslippu 13,50€   Perhelippu 4hlö 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