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12:00-18:00 Herätys! Alpon savannin avajaiset</w:t>
      </w:r>
    </w:p>
    <w:p>
      <w:r>
        <w:t>Herätetään Alpon savanni tähän vuoteen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