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>18:00-20:00 Improaalto tulevaisuudessa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