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Sotavanhuksen museo</w:t>
      </w:r>
    </w:p>
    <w:p>
      <w:r>
        <w:t>11.6.2019 tiistai</w:t>
      </w:r>
    </w:p>
    <w:p>
      <w:pPr>
        <w:pStyle w:val="Heading1"/>
      </w:pPr>
      <w:r>
        <w:t>11.6.2019-31.7.2019</w:t>
      </w:r>
    </w:p>
    <w:p>
      <w:pPr>
        <w:pStyle w:val="Heading2"/>
      </w:pPr>
      <w:r>
        <w:t>10:00-14:00 Sotavanhuksen museo avoinna</w:t>
      </w:r>
    </w:p>
    <w:p>
      <w:r>
        <w:t>Sotavanhuksen museo avoinna</w:t>
      </w:r>
    </w:p>
    <w:p>
      <w:r>
        <w:t>Pääsylippu aikuiset 2 €, lapset alle 12 v. 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