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11:00-14:00 MUU-KESÄ: Satuja ja tarinoita</w:t>
      </w:r>
    </w:p>
    <w:p>
      <w:r>
        <w:t>KUUKAUDEN TAITEILIJA MARITA ERKKOLA-JÄRVINEN - Näyttelyn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