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Rantakaari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12:00-15:00 Katusirkuskarnevaali</w:t>
      </w:r>
    </w:p>
    <w:p>
      <w:r>
        <w:t>Ympäri maailmaa esiintyneen sirkusryhmä Arctic Ensemblen järjestämä kiertävä pienoisfestivaali saapuu Kauhajoelle!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