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Citymarket Päivölä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