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Routakallio Speedwayrata</w:t>
      </w: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16:00-21:00 Nuorten Speedway Ajokoulu</w:t>
      </w:r>
    </w:p>
    <w:p>
      <w:r>
        <w:t>SEINÄJOEN MOOTTORIKERHON JÄRJESTÄMÄ NUORTEN AJOKOULU SEINÄJOEN ROUTAKALLION SPEEDWAY-RADALLA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