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Saarikenttä</w:t>
      </w:r>
    </w:p>
    <w:p>
      <w:r>
        <w:t>21.5.2023 sunnuntai</w:t>
      </w:r>
    </w:p>
    <w:p>
      <w:pPr>
        <w:pStyle w:val="Heading1"/>
      </w:pPr>
      <w:r>
        <w:t>21.5.2023 sunnuntai</w:t>
      </w:r>
    </w:p>
    <w:p>
      <w:pPr>
        <w:pStyle w:val="Heading2"/>
      </w:pPr>
      <w:r>
        <w:t>16:00-19:00 Miesten Superpesis Vimpelin Veto - Kouvolan Pallonlyöjät</w:t>
      </w:r>
    </w:p>
    <w:p>
      <w:r>
        <w:t>Miesten Superpesisottelu Vimpelin Saarikentällä</w:t>
      </w:r>
    </w:p>
    <w:p>
      <w:r>
        <w:t>Liput 20€/15€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