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16:00-17:00 Kuka tarvitsee kulttuuria? -seminaari</w:t>
      </w:r>
    </w:p>
    <w:p>
      <w:r>
        <w:t>Kuka tarvitsee kulttuuria? -seminaari, Ilmajoen Musiikkijuhlat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