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Siikinniemi</w:t>
      </w:r>
    </w:p>
    <w:p>
      <w:r>
        <w:t>23.7.2022 lauantai</w:t>
      </w:r>
    </w:p>
    <w:p>
      <w:pPr>
        <w:pStyle w:val="Heading1"/>
      </w:pPr>
      <w:r>
        <w:t>23.7.2022 lauantai</w:t>
      </w:r>
    </w:p>
    <w:p>
      <w:pPr>
        <w:pStyle w:val="Heading2"/>
      </w:pPr>
      <w:r>
        <w:t>20:00-23:30 Lavatanssit Siikinniemessä</w:t>
      </w:r>
    </w:p>
    <w:p>
      <w:r>
        <w:t>Nelijäntähären band</w:t>
      </w:r>
    </w:p>
    <w:p>
      <w:r>
        <w:t>Liput 15 €, käteismaksu.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