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12:00-15:10 Muu-kesä: Talohuilisti</w:t>
      </w:r>
    </w:p>
    <w:p>
      <w:r>
        <w:t xml:space="preserve">Löydä ja koe talohuilisti Kalevan Navetalla!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