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9.11.2022 keskiviikko</w:t>
      </w:r>
    </w:p>
    <w:p>
      <w:pPr>
        <w:pStyle w:val="Heading1"/>
      </w:pPr>
      <w:r>
        <w:t>9.11.2022 keskiviikko</w:t>
      </w:r>
    </w:p>
    <w:p>
      <w:pPr>
        <w:pStyle w:val="Heading2"/>
      </w:pPr>
      <w:r>
        <w:t>12:00-18:00 InBody kehonkoostumusmittaus</w:t>
      </w:r>
    </w:p>
    <w:p>
      <w:r>
        <w:t>Järjestämme yhteistyössä PLU:n kanssa InBody kehonkoostumusmittauksia luotettavalla Inbody 770 -laitteella!</w:t>
      </w:r>
    </w:p>
    <w:p>
      <w:r>
        <w:t>15 €, käteismaksu. Tasaraha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