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14:00-16:00 Kurikan joulunavaus</w:t>
      </w:r>
    </w:p>
    <w:p>
      <w:r>
        <w:t>Kurikan tunnelmallinen joulukausi avataan Kurikan torilla lauantaina 26.11.2022 klo 14-16.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