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Jokipiin kylä</w:t>
      </w:r>
    </w:p>
    <w:p>
      <w:r>
        <w:t>27.8.2022 lauantai</w:t>
      </w:r>
    </w:p>
    <w:p>
      <w:pPr>
        <w:pStyle w:val="Heading1"/>
      </w:pPr>
      <w:r>
        <w:t>27.8.2022 lauantai</w:t>
      </w:r>
    </w:p>
    <w:p>
      <w:pPr>
        <w:pStyle w:val="Heading2"/>
      </w:pPr>
      <w:r>
        <w:t>10:00-16:00 Jokipiin X Maalaismarkkinat</w:t>
      </w:r>
    </w:p>
    <w:p>
      <w:r>
        <w:t>Jokipiin Maalaismarkkinat järjestetään tänäkin vuonna elokuun viimeisenä lauantaina 27.8.2022 klo 10-16!</w:t>
      </w:r>
    </w:p>
    <w:p>
      <w:r>
        <w:t>Pysäköinti 5€.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