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21:30-23:55 KAUHAJOELLA NUMMIJÄRVEN CAMPING/ lava VAPPUAATTONA HOPEISET KYYT ja rokki soi!</w:t>
      </w:r>
    </w:p>
    <w:p>
      <w:r>
        <w:t xml:space="preserve">HOPEISET KYYT esittää 70-90 luvun rock/ pop-musiikkia  </w:t>
      </w:r>
    </w:p>
    <w:p>
      <w:r>
        <w:t>00,oo 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