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Hotelli-ravintolan piha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17:00-19:00 VALMIIXI-pienkustantamo joulunavauksessa Jurvassa 25.11.2022</w:t>
      </w:r>
    </w:p>
    <w:p>
      <w:r>
        <w:t>Kirjamyyntiä joulunavauksessa Jurvassa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