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22.12.2021 keskiviikko</w:t>
      </w:r>
    </w:p>
    <w:p>
      <w:pPr>
        <w:pStyle w:val="Heading1"/>
      </w:pPr>
      <w:r>
        <w:t>22.12.2021 keskiviikko</w:t>
      </w:r>
    </w:p>
    <w:p>
      <w:pPr>
        <w:pStyle w:val="Heading2"/>
      </w:pPr>
      <w:r>
        <w:t>19:00-20:30 Jussien joulukonsertti Lakeuden Ristissä</w:t>
      </w:r>
    </w:p>
    <w:p>
      <w:r>
        <w:t>Etelä-Pohjanmaan Mieslaulajien Jussien uusi perinteinen joulukonsertti</w:t>
      </w:r>
    </w:p>
    <w:p>
      <w:r>
        <w:t>Liput ennakkoon 20 euroa,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