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19.1.2023 torstai</w:t>
      </w:r>
    </w:p>
    <w:p>
      <w:pPr>
        <w:pStyle w:val="Heading1"/>
      </w:pPr>
      <w:r>
        <w:t>19.1.2023 torstai</w:t>
      </w:r>
    </w:p>
    <w:p>
      <w:pPr>
        <w:pStyle w:val="Heading2"/>
      </w:pPr>
      <w:r>
        <w:t>19:00-21:00 Muistoja kesästä - koloratuurin juhlaa</w:t>
      </w:r>
    </w:p>
    <w:p>
      <w:r>
        <w:t>Seinäjoen kaupunginorkesterin Muistoja kesästä - koloratuurin juhlaa konsertti to 19.1. klo 19 Seinäjoki-salissa.</w:t>
      </w:r>
    </w:p>
    <w:p>
      <w:r>
        <w:t>Liput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