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Keidas ja Galleria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11:00-18:00 Keitaan Biljardi  &amp; Gallerian black day</w:t>
      </w:r>
    </w:p>
    <w:p>
      <w:r>
        <w:t>Galleriassa Retrotavaran myynti-vaihto-osto;  LPstä- taidetuotteisiin. Bilisturneet.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