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Entisöintitila Sorvitie 11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18:00-21:00 Pyöränhuoltokurssi</w:t>
      </w:r>
    </w:p>
    <w:p>
      <w:r>
        <w:t>Kurssilla opetellaan huoltamaan polkupyörää</w:t>
      </w:r>
    </w:p>
    <w:p>
      <w:r>
        <w:t>Kurssimaksu 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