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nuorisoseura Onnela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