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 galleria</w:t>
      </w:r>
    </w:p>
    <w:p>
      <w:r>
        <w:t>20.3.2026 perjantai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12:00-15:00 Keitaan Galleria &amp; Liveammunta mäkitiellä</w:t>
      </w:r>
    </w:p>
    <w:p>
      <w:r>
        <w:t xml:space="preserve"> Galleria retrotavaran osto.vaihto-myynti sekä LiveAmmuntaa</w:t>
      </w:r>
    </w:p>
    <w:p>
      <w:r>
        <w:t>peli ja ammuntamaksu 10€ (perhe 20e)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