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26.7.2023 keskiviikko</w:t>
      </w:r>
    </w:p>
    <w:p>
      <w:pPr>
        <w:pStyle w:val="Heading1"/>
      </w:pPr>
      <w:r>
        <w:t>26.7.2023-27.7.2023</w:t>
      </w:r>
    </w:p>
    <w:p>
      <w:pPr>
        <w:pStyle w:val="Heading2"/>
      </w:pPr>
      <w:r>
        <w:t>14:00-14:15 Sujuvampi ja onnellisempi arki - Arjen sujuvoittamisen kurssi</w:t>
      </w:r>
    </w:p>
    <w:p>
      <w:r>
        <w:t>Onko tasot täyttyneet paperipinoista? Ovatko säilytystilat täynnä tavaraa?  On aika ottaa arjenhallinnasta ote ja erotella tärkeät asiat.</w:t>
      </w:r>
    </w:p>
    <w:p>
      <w:r>
        <w:t>Kurssin hinta 110€ (sis. opetuksen, päivällisen, lounaan ja 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