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Opisto</w:t>
      </w:r>
    </w:p>
    <w:p>
      <w:r>
        <w:t>25.7.2023 tiistai</w:t>
      </w:r>
    </w:p>
    <w:p>
      <w:pPr>
        <w:pStyle w:val="Heading1"/>
      </w:pPr>
      <w:r>
        <w:t>25.7.2023-27.7.2023</w:t>
      </w:r>
    </w:p>
    <w:p>
      <w:pPr>
        <w:pStyle w:val="Heading2"/>
      </w:pPr>
      <w:r>
        <w:t>15:00-14:15 Keppihevosleiri nuorille</w:t>
      </w:r>
    </w:p>
    <w:p>
      <w:r>
        <w:t>Tervetuloa mukaan yleisleirille, jolla harjoitellaan kouluratsastusta, esteitä, mounted gamesia ja maastoja.</w:t>
      </w:r>
    </w:p>
    <w:p>
      <w:r>
        <w:t>Leirin hinta 175€ (sis. opetuksen, majoituksen ja ruokailut)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