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6.10.2023 perjantai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23:00-04:00 Ä-live: Kotiteollisuus Helvetistä itään -kiertue</w:t>
      </w:r>
    </w:p>
    <w:p>
      <w:r>
        <w:t>Elävää musiikkia Ä-klubilla Ähtärissä</w:t>
      </w:r>
    </w:p>
    <w:p>
      <w:r>
        <w:t>Liput ennakkoon 25 € Tiketistä ja ovelta 28 € (mikäli jäljellä).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