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Leppälänkylän MKS</w:t>
      </w:r>
    </w:p>
    <w:p>
      <w:r>
        <w:t>27.6.2023 tiistai</w:t>
      </w:r>
    </w:p>
    <w:p>
      <w:pPr>
        <w:pStyle w:val="Heading1"/>
      </w:pPr>
      <w:r>
        <w:t>27.6.2023 tiistai</w:t>
      </w:r>
    </w:p>
    <w:p>
      <w:pPr>
        <w:pStyle w:val="Heading2"/>
      </w:pPr>
      <w:r>
        <w:t>19:00-20:30  Vaimokulta ja armas anoppi</w:t>
      </w:r>
    </w:p>
    <w:p>
      <w:r>
        <w:t>Kahden tulen väliin joutunut Veijo etsi itseään.</w:t>
      </w:r>
    </w:p>
    <w:p>
      <w:r>
        <w:t>Sisäänpääsy 12€/käteinen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