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>12:40-13:15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