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Napuen taistelun muistomerkki, Isokyrö</w:t>
      </w:r>
    </w:p>
    <w:p>
      <w:r>
        <w:t>19.8.2023 lauantai</w:t>
      </w:r>
    </w:p>
    <w:p>
      <w:pPr>
        <w:pStyle w:val="Heading1"/>
      </w:pPr>
      <w:r>
        <w:t>19.8.2023 lauantai</w:t>
      </w:r>
    </w:p>
    <w:p>
      <w:pPr>
        <w:pStyle w:val="Heading2"/>
      </w:pPr>
      <w:r>
        <w:t>15:00-16:15 Isokyrö - kierros Zetorin kyydissä</w:t>
      </w:r>
    </w:p>
    <w:p>
      <w:r>
        <w:t>Lähde Zetorin kärryille la 19.8 klo 15 (Kyröfest - päivänä)</w:t>
      </w:r>
    </w:p>
    <w:p>
      <w:r>
        <w:t>Käteismaksu 10e/henk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