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Keidas ry/pelikeidas</w:t>
      </w:r>
    </w:p>
    <w:p>
      <w:r>
        <w:t>14.11.2026 lauantai</w:t>
      </w:r>
    </w:p>
    <w:p>
      <w:pPr>
        <w:pStyle w:val="Heading1"/>
      </w:pPr>
      <w:r>
        <w:t>14.11.2026 lauantai</w:t>
      </w:r>
    </w:p>
    <w:p>
      <w:pPr>
        <w:pStyle w:val="Heading2"/>
      </w:pPr>
      <w:r>
        <w:t>12:00-19:00 SM-Pelimies 2026 Pelikeitaalla</w:t>
      </w:r>
    </w:p>
    <w:p>
      <w:r>
        <w:t>Pelataan useita lajeja -jokaiselle kolme valitsemaasi</w:t>
      </w:r>
    </w:p>
    <w:p>
      <w:r>
        <w:t>lajimaksu 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