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16:00-18:00 JOULUNAVAUS KURIKAN TORILLA</w:t>
      </w:r>
    </w:p>
    <w:p>
      <w:r>
        <w:t>Tervetuloa Kurikan torille 2.12. klo 16 koko perheen joulunavaukseen!</w:t>
      </w:r>
    </w:p>
    <w:p>
      <w:r>
        <w:t>Vapaa pääsy! Kaikki on ilmaista!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