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22.12.2023 perjantai</w:t>
      </w:r>
    </w:p>
    <w:p>
      <w:pPr>
        <w:pStyle w:val="Heading1"/>
      </w:pPr>
      <w:r>
        <w:t>22.12.2023 perjantai</w:t>
      </w:r>
    </w:p>
    <w:p>
      <w:pPr>
        <w:pStyle w:val="Heading2"/>
      </w:pPr>
      <w:r>
        <w:t>19:00-20:30 Jussien joulukonsertti Lakeuden Ristissä</w:t>
      </w:r>
    </w:p>
    <w:p>
      <w:r>
        <w:t>Etelä-Pohjanmaan Mieslaulajien Jussien joulukonsertti "Joulun muistoja"</w:t>
      </w:r>
    </w:p>
    <w:p>
      <w:r>
        <w:t>Liput ennakkoon kuorolaiset ja NetTicket.fi 20 euroa ja ovelta 25 eur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