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Palotori</w:t>
      </w:r>
    </w:p>
    <w:p>
      <w:r>
        <w:t>24.11.2023 perjantai</w:t>
      </w:r>
    </w:p>
    <w:p>
      <w:pPr>
        <w:pStyle w:val="Heading1"/>
      </w:pPr>
      <w:r>
        <w:t>24.11.2023 perjantai</w:t>
      </w:r>
    </w:p>
    <w:p>
      <w:pPr>
        <w:pStyle w:val="Heading2"/>
      </w:pPr>
      <w:r>
        <w:t>16:00-19:00 Alajärven Joulutori</w:t>
      </w:r>
    </w:p>
    <w:p>
      <w:r>
        <w:t>Alajärven kaupungin joulunavauksen yhteydessä järjestettävä joulutori Palotorilla pe 24.11. klo 16-19.00.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