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1.12.2023 perjantai</w:t>
      </w:r>
    </w:p>
    <w:p>
      <w:pPr>
        <w:pStyle w:val="Heading1"/>
      </w:pPr>
      <w:r>
        <w:t>1.12.2023 perjantai</w:t>
      </w:r>
    </w:p>
    <w:p>
      <w:pPr>
        <w:pStyle w:val="Heading2"/>
      </w:pPr>
      <w:r>
        <w:t>18:00-19:00 Kansanmusiikkiyhtye Tallari ja Lauri Kotamäki konsertoivat Lapualla! Tervetulua!</w:t>
      </w:r>
    </w:p>
    <w:p>
      <w:r>
        <w:t>Tallarin ja Lauri Kotamäen konsertissa kuullaan eteläpohjalaista kaksirivisperinnettä Kauhajoen ja Jalasjärven suunnalta.</w:t>
      </w:r>
    </w:p>
    <w:p>
      <w:r>
        <w:t>15€/10€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