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metsästysseuran maja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13:00-16:00 Opastettu sieniretki</w:t>
      </w:r>
    </w:p>
    <w:p>
      <w:r>
        <w:t>Tarjoaa tietoa niin aloittelevalle kuin jo kokeneemmalle sienestäjälle. Oppaana ruoka-asiantuntija Asta Asunmaa.</w:t>
      </w:r>
    </w:p>
    <w:p>
      <w:r>
        <w:t>10 euroa, maksu paikan päällä käteisellä. Ruhan Kyläyhdistyksen jäsenille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