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Simpsiövuori</w:t>
      </w:r>
    </w:p>
    <w:p>
      <w:r>
        <w:t>12.9.2023 tiistai</w:t>
      </w:r>
    </w:p>
    <w:p>
      <w:pPr>
        <w:pStyle w:val="Heading1"/>
      </w:pPr>
      <w:r>
        <w:t>12.9.2023 tiistai</w:t>
      </w:r>
    </w:p>
    <w:p>
      <w:pPr>
        <w:pStyle w:val="Heading2"/>
      </w:pPr>
      <w:r>
        <w:t>17:00-19:30 Sieniretki Lapualla</w:t>
      </w:r>
    </w:p>
    <w:p>
      <w:r>
        <w:t>Sienineuvojan järjestämä sieniretki Simpsiön maastossa</w:t>
      </w:r>
    </w:p>
    <w:p>
      <w:r>
        <w:t>Hinta 25e/hlö. Maksu hoidetaan paikan päällä käteisellä tai MobilePaylla. Kuitin saat halutessasi sähköpostiin.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